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rFonts w:ascii="Noto Sans CJK JP" w:hAnsi="Noto Sans CJK JP" w:eastAsia="Noto Sans CJK JP"/>
          <w:b/>
          <w:color w:val="183A34"/>
          <w:sz w:val="44"/>
        </w:rPr>
        <w:t>教員向け 職務経歴書テンプレート</w:t>
      </w:r>
    </w:p>
    <w:p>
      <w:pPr>
        <w:spacing w:after="320"/>
        <w:jc w:val="center"/>
      </w:pPr>
      <w:r>
        <w:rPr>
          <w:rFonts w:ascii="Noto Sans CJK JP" w:hAnsi="Noto Sans CJK JP" w:eastAsia="Noto Sans CJK JP"/>
          <w:b w:val="0"/>
          <w:color w:val="556069"/>
          <w:sz w:val="22"/>
        </w:rPr>
        <w:t>民間転職で伝わる書き換え用・記入式</w:t>
      </w:r>
    </w:p>
    <w:tbl>
      <w:tblPr>
        <w:tblStyle w:val="TableGrid"/>
        <w:tblW w:type="dxa" w:w="9360"/>
        <w:jc w:val="left"/>
        <w:tblLayout w:type="fixed"/>
        <w:tblLook w:firstColumn="1" w:firstRow="1" w:lastColumn="0" w:lastRow="0" w:noHBand="0" w:noVBand="1" w:val="04A0"/>
        <w:tblInd w:w="120" w:type="dxa"/>
      </w:tblPr>
      <w:tblGrid>
        <w:gridCol w:w="9360"/>
      </w:tblGrid>
      <w:tr>
        <w:trPr>
          <w:tblHeader/>
        </w:trPr>
        <w:tc>
          <w:tcPr>
            <w:tcW w:type="dxa" w:w="9360"/>
            <w:tcMar>
              <w:top w:w="80" w:type="dxa"/>
              <w:start w:w="120" w:type="dxa"/>
              <w:bottom w:w="80" w:type="dxa"/>
              <w:end w:w="120" w:type="dxa"/>
            </w:tcMar>
            <w:vAlign w:val="center"/>
            <w:shd w:fill="F4F6F9"/>
          </w:tcPr>
          <w:p>
            <w:r>
              <w:rPr>
                <w:rFonts w:ascii="Noto Sans CJK JP" w:hAnsi="Noto Sans CJK JP" w:eastAsia="Noto Sans CJK JP"/>
                <w:b w:val="0"/>
                <w:color w:val="182432"/>
                <w:sz w:val="22"/>
              </w:rPr>
              <w:t>使い方：［ここに入力］を自分の内容へ置き換え、不要な説明文を削除してください。児童生徒の氏名、家庭・健康・進路などの個人情報、勤務先の非公開資料は記載・添付しません。</w:t>
            </w:r>
          </w:p>
        </w:tc>
      </w:tr>
    </w:tbl>
    <w:p/>
    <w:p>
      <w:pPr>
        <w:pStyle w:val="Heading1"/>
        <w:keepNext/>
      </w:pPr>
      <w:r>
        <w:t>1. 基本情報</w:t>
      </w:r>
    </w:p>
    <w:tbl>
      <w:tblPr>
        <w:tblStyle w:val="TableGrid"/>
        <w:tblW w:type="dxa" w:w="9360"/>
        <w:jc w:val="left"/>
        <w:tblLayout w:type="fixed"/>
        <w:tblLook w:firstColumn="1" w:firstRow="1" w:lastColumn="0" w:lastRow="0" w:noHBand="0" w:noVBand="1" w:val="04A0"/>
        <w:tblInd w:w="120" w:type="dxa"/>
      </w:tblPr>
      <w:tblGrid>
        <w:gridCol w:w="4680"/>
        <w:gridCol w:w="4680"/>
      </w:tblGrid>
      <w:tr>
        <w:trPr>
          <w:tblHeader/>
        </w:trPr>
        <w:tc>
          <w:tcPr>
            <w:tcW w:type="dxa" w:w="2700"/>
            <w:tcMar>
              <w:top w:w="80" w:type="dxa"/>
              <w:start w:w="120" w:type="dxa"/>
              <w:bottom w:w="80" w:type="dxa"/>
              <w:end w:w="120" w:type="dxa"/>
            </w:tcMar>
            <w:vAlign w:val="center"/>
            <w:shd w:fill="E8EEF5"/>
          </w:tcPr>
          <w:p>
            <w:r>
              <w:rPr>
                <w:rFonts w:ascii="Noto Sans CJK JP" w:hAnsi="Noto Sans CJK JP" w:eastAsia="Noto Sans CJK JP"/>
                <w:b/>
                <w:color w:val="1F4D78"/>
                <w:sz w:val="22"/>
              </w:rPr>
              <w:t>作成日</w:t>
            </w:r>
          </w:p>
        </w:tc>
        <w:tc>
          <w:tcPr>
            <w:tcW w:type="dxa" w:w="6660"/>
            <w:tcMar>
              <w:top w:w="80" w:type="dxa"/>
              <w:start w:w="120" w:type="dxa"/>
              <w:bottom w:w="80" w:type="dxa"/>
              <w:end w:w="120" w:type="dxa"/>
            </w:tcMar>
            <w:vAlign w:val="center"/>
          </w:tcPr>
          <w:p>
            <w:r>
              <w:rPr>
                <w:rFonts w:ascii="Noto Sans CJK JP" w:hAnsi="Noto Sans CJK JP" w:eastAsia="Noto Sans CJK JP"/>
                <w:b w:val="0"/>
                <w:color w:val="182432"/>
                <w:sz w:val="22"/>
              </w:rPr>
              <w:t>20XX年XX月XX日</w:t>
            </w:r>
          </w:p>
        </w:tc>
      </w:tr>
      <w:tr>
        <w:tc>
          <w:tcPr>
            <w:tcW w:type="dxa" w:w="2700"/>
            <w:tcMar>
              <w:top w:w="80" w:type="dxa"/>
              <w:start w:w="120" w:type="dxa"/>
              <w:bottom w:w="80" w:type="dxa"/>
              <w:end w:w="120" w:type="dxa"/>
            </w:tcMar>
            <w:vAlign w:val="center"/>
            <w:shd w:fill="E8EEF5"/>
          </w:tcPr>
          <w:p>
            <w:r>
              <w:rPr>
                <w:rFonts w:ascii="Noto Sans CJK JP" w:hAnsi="Noto Sans CJK JP" w:eastAsia="Noto Sans CJK JP"/>
                <w:b/>
                <w:color w:val="1F4D78"/>
                <w:sz w:val="22"/>
              </w:rPr>
              <w:t>氏名</w:t>
            </w:r>
          </w:p>
        </w:tc>
        <w:tc>
          <w:tcPr>
            <w:tcW w:type="dxa" w:w="6660"/>
            <w:tcMar>
              <w:top w:w="80" w:type="dxa"/>
              <w:start w:w="120" w:type="dxa"/>
              <w:bottom w:w="80" w:type="dxa"/>
              <w:end w:w="120" w:type="dxa"/>
            </w:tcMar>
            <w:vAlign w:val="center"/>
          </w:tcPr>
          <w:p>
            <w:r>
              <w:rPr>
                <w:rFonts w:ascii="Noto Sans CJK JP" w:hAnsi="Noto Sans CJK JP" w:eastAsia="Noto Sans CJK JP"/>
                <w:b w:val="0"/>
                <w:color w:val="182432"/>
                <w:sz w:val="22"/>
              </w:rPr>
              <w:t>［ここに入力］</w:t>
            </w:r>
          </w:p>
        </w:tc>
      </w:tr>
      <w:tr>
        <w:tc>
          <w:tcPr>
            <w:tcW w:type="dxa" w:w="2700"/>
            <w:tcMar>
              <w:top w:w="80" w:type="dxa"/>
              <w:start w:w="120" w:type="dxa"/>
              <w:bottom w:w="80" w:type="dxa"/>
              <w:end w:w="120" w:type="dxa"/>
            </w:tcMar>
            <w:vAlign w:val="center"/>
            <w:shd w:fill="E8EEF5"/>
          </w:tcPr>
          <w:p>
            <w:r>
              <w:rPr>
                <w:rFonts w:ascii="Noto Sans CJK JP" w:hAnsi="Noto Sans CJK JP" w:eastAsia="Noto Sans CJK JP"/>
                <w:b/>
                <w:color w:val="1F4D78"/>
                <w:sz w:val="22"/>
              </w:rPr>
              <w:t>応募職種</w:t>
            </w:r>
          </w:p>
        </w:tc>
        <w:tc>
          <w:tcPr>
            <w:tcW w:type="dxa" w:w="6660"/>
            <w:tcMar>
              <w:top w:w="80" w:type="dxa"/>
              <w:start w:w="120" w:type="dxa"/>
              <w:bottom w:w="80" w:type="dxa"/>
              <w:end w:w="120" w:type="dxa"/>
            </w:tcMar>
            <w:vAlign w:val="center"/>
          </w:tcPr>
          <w:p>
            <w:r>
              <w:rPr>
                <w:rFonts w:ascii="Noto Sans CJK JP" w:hAnsi="Noto Sans CJK JP" w:eastAsia="Noto Sans CJK JP"/>
                <w:b w:val="0"/>
                <w:color w:val="182432"/>
                <w:sz w:val="22"/>
              </w:rPr>
              <w:t>［営業／人材／教育企業／カスタマーサクセス／事務・企画など］</w:t>
            </w:r>
          </w:p>
        </w:tc>
      </w:tr>
      <w:tr>
        <w:tc>
          <w:tcPr>
            <w:tcW w:type="dxa" w:w="2700"/>
            <w:tcMar>
              <w:top w:w="80" w:type="dxa"/>
              <w:start w:w="120" w:type="dxa"/>
              <w:bottom w:w="80" w:type="dxa"/>
              <w:end w:w="120" w:type="dxa"/>
            </w:tcMar>
            <w:vAlign w:val="center"/>
            <w:shd w:fill="E8EEF5"/>
          </w:tcPr>
          <w:p>
            <w:r>
              <w:rPr>
                <w:rFonts w:ascii="Noto Sans CJK JP" w:hAnsi="Noto Sans CJK JP" w:eastAsia="Noto Sans CJK JP"/>
                <w:b/>
                <w:color w:val="1F4D78"/>
                <w:sz w:val="22"/>
              </w:rPr>
              <w:t>希望条件</w:t>
            </w:r>
          </w:p>
        </w:tc>
        <w:tc>
          <w:tcPr>
            <w:tcW w:type="dxa" w:w="6660"/>
            <w:tcMar>
              <w:top w:w="80" w:type="dxa"/>
              <w:start w:w="120" w:type="dxa"/>
              <w:bottom w:w="80" w:type="dxa"/>
              <w:end w:w="120" w:type="dxa"/>
            </w:tcMar>
            <w:vAlign w:val="center"/>
          </w:tcPr>
          <w:p>
            <w:r>
              <w:rPr>
                <w:rFonts w:ascii="Noto Sans CJK JP" w:hAnsi="Noto Sans CJK JP" w:eastAsia="Noto Sans CJK JP"/>
                <w:b w:val="0"/>
                <w:color w:val="182432"/>
                <w:sz w:val="22"/>
              </w:rPr>
              <w:t>［勤務地・入社可能日など、必要な場合のみ］</w:t>
            </w:r>
          </w:p>
        </w:tc>
      </w:tr>
    </w:tbl>
    <w:p/>
    <w:p>
      <w:pPr>
        <w:pStyle w:val="Heading1"/>
        <w:keepNext/>
      </w:pPr>
      <w:r>
        <w:t>2. 職務要約</w:t>
      </w:r>
    </w:p>
    <w:p>
      <w:r>
        <w:t>勤務年数、学校種、主な担当、強み、応募先で活かせる経験を200〜300字でまとめます。</w:t>
      </w:r>
    </w:p>
    <w:p>
      <w:r>
        <w:rPr>
          <w:b/>
          <w:color w:val="1F4D78"/>
        </w:rPr>
        <w:t>職務要約</w:t>
      </w:r>
    </w:p>
    <w:p>
      <w:pPr>
        <w:keepLines/>
        <w:spacing w:after="120"/>
        <w:ind w:left="173"/>
      </w:pPr>
      <w:r>
        <w:t>［ここに入力］</w:t>
      </w:r>
    </w:p>
    <w:p>
      <w:pPr>
        <w:keepLines/>
        <w:spacing w:after="120"/>
        <w:ind w:left="173"/>
      </w:pPr>
      <w:r>
        <w:t>［ここに入力］</w:t>
      </w:r>
    </w:p>
    <w:p>
      <w:pPr>
        <w:keepLines/>
        <w:spacing w:after="120"/>
        <w:ind w:left="173"/>
      </w:pPr>
      <w:r>
        <w:t>［ここに入力］</w:t>
      </w:r>
    </w:p>
    <w:p>
      <w:pPr>
        <w:keepLines/>
        <w:spacing w:after="120"/>
        <w:ind w:left="173"/>
      </w:pPr>
      <w:r>
        <w:t>［ここに入力］</w:t>
      </w:r>
    </w:p>
    <w:p>
      <w:pPr>
        <w:keepLines/>
        <w:spacing w:after="120"/>
        <w:ind w:left="173"/>
      </w:pPr>
      <w:r>
        <w:t>［ここに入力］</w:t>
      </w:r>
    </w:p>
    <w:p>
      <w:pPr>
        <w:pStyle w:val="Heading1"/>
        <w:keepNext/>
      </w:pPr>
      <w:r>
        <w:t>3. 職務経歴</w:t>
      </w:r>
    </w:p>
    <w:tbl>
      <w:tblPr>
        <w:tblStyle w:val="TableGrid"/>
        <w:tblW w:type="dxa" w:w="9360"/>
        <w:jc w:val="left"/>
        <w:tblLayout w:type="fixed"/>
        <w:tblLook w:firstColumn="1" w:firstRow="1" w:lastColumn="0" w:lastRow="0" w:noHBand="0" w:noVBand="1" w:val="04A0"/>
        <w:tblInd w:w="120" w:type="dxa"/>
      </w:tblPr>
      <w:tblGrid>
        <w:gridCol w:w="4680"/>
        <w:gridCol w:w="4680"/>
      </w:tblGrid>
      <w:tr>
        <w:trPr>
          <w:tblHeader/>
        </w:trPr>
        <w:tc>
          <w:tcPr>
            <w:tcW w:type="dxa" w:w="2700"/>
            <w:tcMar>
              <w:top w:w="80" w:type="dxa"/>
              <w:start w:w="120" w:type="dxa"/>
              <w:bottom w:w="80" w:type="dxa"/>
              <w:end w:w="120" w:type="dxa"/>
            </w:tcMar>
            <w:vAlign w:val="center"/>
            <w:shd w:fill="E8EEF5"/>
          </w:tcPr>
          <w:p>
            <w:r>
              <w:rPr>
                <w:rFonts w:ascii="Noto Sans CJK JP" w:hAnsi="Noto Sans CJK JP" w:eastAsia="Noto Sans CJK JP"/>
                <w:b/>
                <w:color w:val="1F4D78"/>
                <w:sz w:val="22"/>
              </w:rPr>
              <w:t>在籍期間</w:t>
            </w:r>
          </w:p>
        </w:tc>
        <w:tc>
          <w:tcPr>
            <w:tcW w:type="dxa" w:w="6660"/>
            <w:tcMar>
              <w:top w:w="80" w:type="dxa"/>
              <w:start w:w="120" w:type="dxa"/>
              <w:bottom w:w="80" w:type="dxa"/>
              <w:end w:w="120" w:type="dxa"/>
            </w:tcMar>
            <w:vAlign w:val="center"/>
          </w:tcPr>
          <w:p>
            <w:r>
              <w:rPr>
                <w:rFonts w:ascii="Noto Sans CJK JP" w:hAnsi="Noto Sans CJK JP" w:eastAsia="Noto Sans CJK JP"/>
                <w:b w:val="0"/>
                <w:color w:val="182432"/>
                <w:sz w:val="22"/>
              </w:rPr>
              <w:t>20XX年4月〜現在</w:t>
            </w:r>
          </w:p>
        </w:tc>
      </w:tr>
      <w:tr>
        <w:tc>
          <w:tcPr>
            <w:tcW w:type="dxa" w:w="2700"/>
            <w:tcMar>
              <w:top w:w="80" w:type="dxa"/>
              <w:start w:w="120" w:type="dxa"/>
              <w:bottom w:w="80" w:type="dxa"/>
              <w:end w:w="120" w:type="dxa"/>
            </w:tcMar>
            <w:vAlign w:val="center"/>
            <w:shd w:fill="E8EEF5"/>
          </w:tcPr>
          <w:p>
            <w:r>
              <w:rPr>
                <w:rFonts w:ascii="Noto Sans CJK JP" w:hAnsi="Noto Sans CJK JP" w:eastAsia="Noto Sans CJK JP"/>
                <w:b/>
                <w:color w:val="1F4D78"/>
                <w:sz w:val="22"/>
              </w:rPr>
              <w:t>勤務先</w:t>
            </w:r>
          </w:p>
        </w:tc>
        <w:tc>
          <w:tcPr>
            <w:tcW w:type="dxa" w:w="6660"/>
            <w:tcMar>
              <w:top w:w="80" w:type="dxa"/>
              <w:start w:w="120" w:type="dxa"/>
              <w:bottom w:w="80" w:type="dxa"/>
              <w:end w:w="120" w:type="dxa"/>
            </w:tcMar>
            <w:vAlign w:val="center"/>
          </w:tcPr>
          <w:p>
            <w:r>
              <w:rPr>
                <w:rFonts w:ascii="Noto Sans CJK JP" w:hAnsi="Noto Sans CJK JP" w:eastAsia="Noto Sans CJK JP"/>
                <w:b w:val="0"/>
                <w:color w:val="182432"/>
                <w:sz w:val="22"/>
              </w:rPr>
              <w:t>○○県立○○高等学校</w:t>
            </w:r>
          </w:p>
        </w:tc>
      </w:tr>
      <w:tr>
        <w:tc>
          <w:tcPr>
            <w:tcW w:type="dxa" w:w="2700"/>
            <w:tcMar>
              <w:top w:w="80" w:type="dxa"/>
              <w:start w:w="120" w:type="dxa"/>
              <w:bottom w:w="80" w:type="dxa"/>
              <w:end w:w="120" w:type="dxa"/>
            </w:tcMar>
            <w:vAlign w:val="center"/>
            <w:shd w:fill="E8EEF5"/>
          </w:tcPr>
          <w:p>
            <w:r>
              <w:rPr>
                <w:rFonts w:ascii="Noto Sans CJK JP" w:hAnsi="Noto Sans CJK JP" w:eastAsia="Noto Sans CJK JP"/>
                <w:b/>
                <w:color w:val="1F4D78"/>
                <w:sz w:val="22"/>
              </w:rPr>
              <w:t>雇用形態</w:t>
            </w:r>
          </w:p>
        </w:tc>
        <w:tc>
          <w:tcPr>
            <w:tcW w:type="dxa" w:w="6660"/>
            <w:tcMar>
              <w:top w:w="80" w:type="dxa"/>
              <w:start w:w="120" w:type="dxa"/>
              <w:bottom w:w="80" w:type="dxa"/>
              <w:end w:w="120" w:type="dxa"/>
            </w:tcMar>
            <w:vAlign w:val="center"/>
          </w:tcPr>
          <w:p>
            <w:r>
              <w:rPr>
                <w:rFonts w:ascii="Noto Sans CJK JP" w:hAnsi="Noto Sans CJK JP" w:eastAsia="Noto Sans CJK JP"/>
                <w:b w:val="0"/>
                <w:color w:val="182432"/>
                <w:sz w:val="22"/>
              </w:rPr>
              <w:t>正規教員／常勤講師／非常勤講師</w:t>
            </w:r>
          </w:p>
        </w:tc>
      </w:tr>
      <w:tr>
        <w:tc>
          <w:tcPr>
            <w:tcW w:type="dxa" w:w="2700"/>
            <w:tcMar>
              <w:top w:w="80" w:type="dxa"/>
              <w:start w:w="120" w:type="dxa"/>
              <w:bottom w:w="80" w:type="dxa"/>
              <w:end w:w="120" w:type="dxa"/>
            </w:tcMar>
            <w:vAlign w:val="center"/>
            <w:shd w:fill="E8EEF5"/>
          </w:tcPr>
          <w:p>
            <w:r>
              <w:rPr>
                <w:rFonts w:ascii="Noto Sans CJK JP" w:hAnsi="Noto Sans CJK JP" w:eastAsia="Noto Sans CJK JP"/>
                <w:b/>
                <w:color w:val="1F4D78"/>
                <w:sz w:val="22"/>
              </w:rPr>
              <w:t>担当</w:t>
            </w:r>
          </w:p>
        </w:tc>
        <w:tc>
          <w:tcPr>
            <w:tcW w:type="dxa" w:w="6660"/>
            <w:tcMar>
              <w:top w:w="80" w:type="dxa"/>
              <w:start w:w="120" w:type="dxa"/>
              <w:bottom w:w="80" w:type="dxa"/>
              <w:end w:w="120" w:type="dxa"/>
            </w:tcMar>
            <w:vAlign w:val="center"/>
          </w:tcPr>
          <w:p>
            <w:r>
              <w:rPr>
                <w:rFonts w:ascii="Noto Sans CJK JP" w:hAnsi="Noto Sans CJK JP" w:eastAsia="Noto Sans CJK JP"/>
                <w:b w:val="0"/>
                <w:color w:val="182432"/>
                <w:sz w:val="22"/>
              </w:rPr>
              <w:t>○○科、学級担任、進路指導部、校務分掌など</w:t>
            </w:r>
          </w:p>
        </w:tc>
      </w:tr>
    </w:tbl>
    <w:p/>
    <w:tbl>
      <w:tblPr>
        <w:tblStyle w:val="TableGrid"/>
        <w:tblW w:type="dxa" w:w="9360"/>
        <w:jc w:val="left"/>
        <w:tblLayout w:type="fixed"/>
        <w:tblLook w:firstColumn="1" w:firstRow="1" w:lastColumn="0" w:lastRow="0" w:noHBand="0" w:noVBand="1" w:val="04A0"/>
        <w:tblInd w:w="120" w:type="dxa"/>
      </w:tblPr>
      <w:tblGrid>
        <w:gridCol w:w="3120"/>
        <w:gridCol w:w="3120"/>
        <w:gridCol w:w="3120"/>
      </w:tblGrid>
      <w:tr>
        <w:trPr>
          <w:tblHeader/>
        </w:trPr>
        <w:tc>
          <w:tcPr>
            <w:tcW w:type="dxa" w:w="1944"/>
            <w:tcMar>
              <w:top w:w="80" w:type="dxa"/>
              <w:start w:w="120" w:type="dxa"/>
              <w:bottom w:w="80" w:type="dxa"/>
              <w:end w:w="120" w:type="dxa"/>
            </w:tcMar>
            <w:vAlign w:val="center"/>
            <w:shd w:fill="E8EEF5"/>
          </w:tcPr>
          <w:p>
            <w:r>
              <w:rPr>
                <w:rFonts w:ascii="Noto Sans CJK JP" w:hAnsi="Noto Sans CJK JP" w:eastAsia="Noto Sans CJK JP"/>
                <w:b/>
                <w:color w:val="1F4D78"/>
                <w:sz w:val="22"/>
              </w:rPr>
              <w:t>担当業務</w:t>
            </w:r>
          </w:p>
        </w:tc>
        <w:tc>
          <w:tcPr>
            <w:tcW w:type="dxa" w:w="4824"/>
            <w:tcMar>
              <w:top w:w="80" w:type="dxa"/>
              <w:start w:w="120" w:type="dxa"/>
              <w:bottom w:w="80" w:type="dxa"/>
              <w:end w:w="120" w:type="dxa"/>
            </w:tcMar>
            <w:vAlign w:val="center"/>
            <w:shd w:fill="E8EEF5"/>
          </w:tcPr>
          <w:p>
            <w:r>
              <w:rPr>
                <w:rFonts w:ascii="Noto Sans CJK JP" w:hAnsi="Noto Sans CJK JP" w:eastAsia="Noto Sans CJK JP"/>
                <w:b/>
                <w:color w:val="1F4D78"/>
                <w:sz w:val="22"/>
              </w:rPr>
              <w:t>課題・行動</w:t>
            </w:r>
          </w:p>
        </w:tc>
        <w:tc>
          <w:tcPr>
            <w:tcW w:type="dxa" w:w="2592"/>
            <w:tcMar>
              <w:top w:w="80" w:type="dxa"/>
              <w:start w:w="120" w:type="dxa"/>
              <w:bottom w:w="80" w:type="dxa"/>
              <w:end w:w="120" w:type="dxa"/>
            </w:tcMar>
            <w:vAlign w:val="center"/>
            <w:shd w:fill="E8EEF5"/>
          </w:tcPr>
          <w:p>
            <w:r>
              <w:rPr>
                <w:rFonts w:ascii="Noto Sans CJK JP" w:hAnsi="Noto Sans CJK JP" w:eastAsia="Noto Sans CJK JP"/>
                <w:b/>
                <w:color w:val="1F4D78"/>
                <w:sz w:val="22"/>
              </w:rPr>
              <w:t>結果・変化</w:t>
            </w:r>
          </w:p>
        </w:tc>
      </w:tr>
      <w:tr>
        <w:tc>
          <w:tcPr>
            <w:tcW w:type="dxa" w:w="3120"/>
          </w:tcPr>
          <w:p>
            <w:r>
              <w:rPr>
                <w:rFonts w:ascii="Noto Sans CJK JP" w:hAnsi="Noto Sans CJK JP" w:eastAsia="Noto Sans CJK JP"/>
                <w:b w:val="0"/>
                <w:color w:val="182432"/>
                <w:sz w:val="22"/>
              </w:rPr>
              <w:t>教科指導</w:t>
            </w:r>
          </w:p>
        </w:tc>
        <w:tc>
          <w:tcPr>
            <w:tcW w:type="dxa" w:w="3120"/>
          </w:tcPr>
          <w:p>
            <w:r>
              <w:rPr>
                <w:rFonts w:ascii="Noto Sans CJK JP" w:hAnsi="Noto Sans CJK JP" w:eastAsia="Noto Sans CJK JP"/>
                <w:b w:val="0"/>
                <w:color w:val="182432"/>
                <w:sz w:val="22"/>
              </w:rPr>
              <w:t>［対象・課題・工夫を入力］</w:t>
            </w:r>
          </w:p>
        </w:tc>
        <w:tc>
          <w:tcPr>
            <w:tcW w:type="dxa" w:w="3120"/>
          </w:tcPr>
          <w:p>
            <w:r>
              <w:rPr>
                <w:rFonts w:ascii="Noto Sans CJK JP" w:hAnsi="Noto Sans CJK JP" w:eastAsia="Noto Sans CJK JP"/>
                <w:b w:val="0"/>
                <w:color w:val="182432"/>
                <w:sz w:val="22"/>
              </w:rPr>
              <w:t>［確認できる変化を入力］</w:t>
            </w:r>
          </w:p>
        </w:tc>
      </w:tr>
      <w:tr>
        <w:tc>
          <w:tcPr>
            <w:tcW w:type="dxa" w:w="3120"/>
          </w:tcPr>
          <w:p>
            <w:r>
              <w:rPr>
                <w:rFonts w:ascii="Noto Sans CJK JP" w:hAnsi="Noto Sans CJK JP" w:eastAsia="Noto Sans CJK JP"/>
                <w:b w:val="0"/>
                <w:color w:val="182432"/>
                <w:sz w:val="22"/>
              </w:rPr>
              <w:t>学級運営</w:t>
            </w:r>
          </w:p>
        </w:tc>
        <w:tc>
          <w:tcPr>
            <w:tcW w:type="dxa" w:w="3120"/>
          </w:tcPr>
          <w:p>
            <w:r>
              <w:rPr>
                <w:rFonts w:ascii="Noto Sans CJK JP" w:hAnsi="Noto Sans CJK JP" w:eastAsia="Noto Sans CJK JP"/>
                <w:b w:val="0"/>
                <w:color w:val="182432"/>
                <w:sz w:val="22"/>
              </w:rPr>
              <w:t>［人数・対応・連携を入力］</w:t>
            </w:r>
          </w:p>
        </w:tc>
        <w:tc>
          <w:tcPr>
            <w:tcW w:type="dxa" w:w="3120"/>
          </w:tcPr>
          <w:p>
            <w:r>
              <w:rPr>
                <w:rFonts w:ascii="Noto Sans CJK JP" w:hAnsi="Noto Sans CJK JP" w:eastAsia="Noto Sans CJK JP"/>
                <w:b w:val="0"/>
                <w:color w:val="182432"/>
                <w:sz w:val="22"/>
              </w:rPr>
              <w:t>［運営上の変化を入力］</w:t>
            </w:r>
          </w:p>
        </w:tc>
      </w:tr>
      <w:tr>
        <w:tc>
          <w:tcPr>
            <w:tcW w:type="dxa" w:w="3120"/>
          </w:tcPr>
          <w:p>
            <w:r>
              <w:rPr>
                <w:rFonts w:ascii="Noto Sans CJK JP" w:hAnsi="Noto Sans CJK JP" w:eastAsia="Noto Sans CJK JP"/>
                <w:b w:val="0"/>
                <w:color w:val="182432"/>
                <w:sz w:val="22"/>
              </w:rPr>
              <w:t>校務分掌</w:t>
            </w:r>
          </w:p>
        </w:tc>
        <w:tc>
          <w:tcPr>
            <w:tcW w:type="dxa" w:w="3120"/>
          </w:tcPr>
          <w:p>
            <w:r>
              <w:rPr>
                <w:rFonts w:ascii="Noto Sans CJK JP" w:hAnsi="Noto Sans CJK JP" w:eastAsia="Noto Sans CJK JP"/>
                <w:b w:val="0"/>
                <w:color w:val="182432"/>
                <w:sz w:val="22"/>
              </w:rPr>
              <w:t>［役割・期限・関係者を入力］</w:t>
            </w:r>
          </w:p>
        </w:tc>
        <w:tc>
          <w:tcPr>
            <w:tcW w:type="dxa" w:w="3120"/>
          </w:tcPr>
          <w:p>
            <w:r>
              <w:rPr>
                <w:rFonts w:ascii="Noto Sans CJK JP" w:hAnsi="Noto Sans CJK JP" w:eastAsia="Noto Sans CJK JP"/>
                <w:b w:val="0"/>
                <w:color w:val="182432"/>
                <w:sz w:val="22"/>
              </w:rPr>
              <w:t>［改善・完了内容を入力］</w:t>
            </w:r>
          </w:p>
        </w:tc>
      </w:tr>
      <w:tr>
        <w:tc>
          <w:tcPr>
            <w:tcW w:type="dxa" w:w="3120"/>
          </w:tcPr>
          <w:p>
            <w:r>
              <w:rPr>
                <w:rFonts w:ascii="Noto Sans CJK JP" w:hAnsi="Noto Sans CJK JP" w:eastAsia="Noto Sans CJK JP"/>
                <w:b w:val="0"/>
                <w:color w:val="182432"/>
                <w:sz w:val="22"/>
              </w:rPr>
              <w:t>その他</w:t>
            </w:r>
          </w:p>
        </w:tc>
        <w:tc>
          <w:tcPr>
            <w:tcW w:type="dxa" w:w="3120"/>
          </w:tcPr>
          <w:p>
            <w:r>
              <w:rPr>
                <w:rFonts w:ascii="Noto Sans CJK JP" w:hAnsi="Noto Sans CJK JP" w:eastAsia="Noto Sans CJK JP"/>
                <w:b w:val="0"/>
                <w:color w:val="182432"/>
                <w:sz w:val="22"/>
              </w:rPr>
              <w:t>［部活動・ICT・行事等を入力］</w:t>
            </w:r>
          </w:p>
        </w:tc>
        <w:tc>
          <w:tcPr>
            <w:tcW w:type="dxa" w:w="3120"/>
          </w:tcPr>
          <w:p>
            <w:r>
              <w:rPr>
                <w:rFonts w:ascii="Noto Sans CJK JP" w:hAnsi="Noto Sans CJK JP" w:eastAsia="Noto Sans CJK JP"/>
                <w:b w:val="0"/>
                <w:color w:val="182432"/>
                <w:sz w:val="22"/>
              </w:rPr>
              <w:t>［確認できる結果を入力］</w:t>
            </w:r>
          </w:p>
        </w:tc>
      </w:tr>
    </w:tbl>
    <w:p>
      <w:r>
        <w:br w:type="page"/>
      </w:r>
    </w:p>
    <w:p>
      <w:pPr>
        <w:pStyle w:val="Heading1"/>
        <w:keepNext/>
      </w:pPr>
      <w:r>
        <w:t>4. 教員用語から民間向け表現への書き換え</w:t>
      </w:r>
    </w:p>
    <w:p>
      <w:r>
        <w:t>抽象的な能力名ではなく、課題・行動・結果が伝わる文章へ変えます。</w:t>
      </w:r>
    </w:p>
    <w:tbl>
      <w:tblPr>
        <w:tblStyle w:val="TableGrid"/>
        <w:tblW w:type="dxa" w:w="9360"/>
        <w:jc w:val="left"/>
        <w:tblLayout w:type="fixed"/>
        <w:tblLook w:firstColumn="1" w:firstRow="1" w:lastColumn="0" w:lastRow="0" w:noHBand="0" w:noVBand="1" w:val="04A0"/>
        <w:tblInd w:w="120" w:type="dxa"/>
      </w:tblPr>
      <w:tblGrid>
        <w:gridCol w:w="3120"/>
        <w:gridCol w:w="3120"/>
        <w:gridCol w:w="3120"/>
      </w:tblGrid>
      <w:tr>
        <w:trPr>
          <w:tblHeader/>
        </w:trPr>
        <w:tc>
          <w:tcPr>
            <w:tcW w:type="dxa" w:w="2376"/>
            <w:tcMar>
              <w:top w:w="80" w:type="dxa"/>
              <w:start w:w="120" w:type="dxa"/>
              <w:bottom w:w="80" w:type="dxa"/>
              <w:end w:w="120" w:type="dxa"/>
            </w:tcMar>
            <w:vAlign w:val="center"/>
            <w:shd w:fill="E8EEF5"/>
          </w:tcPr>
          <w:p>
            <w:r>
              <w:rPr>
                <w:rFonts w:ascii="Noto Sans CJK JP" w:hAnsi="Noto Sans CJK JP" w:eastAsia="Noto Sans CJK JP"/>
                <w:b/>
                <w:color w:val="1F4D78"/>
                <w:sz w:val="22"/>
              </w:rPr>
              <w:t>書き換え前</w:t>
            </w:r>
          </w:p>
        </w:tc>
        <w:tc>
          <w:tcPr>
            <w:tcW w:type="dxa" w:w="3240"/>
            <w:tcMar>
              <w:top w:w="80" w:type="dxa"/>
              <w:start w:w="120" w:type="dxa"/>
              <w:bottom w:w="80" w:type="dxa"/>
              <w:end w:w="120" w:type="dxa"/>
            </w:tcMar>
            <w:vAlign w:val="center"/>
            <w:shd w:fill="E8EEF5"/>
          </w:tcPr>
          <w:p>
            <w:r>
              <w:rPr>
                <w:rFonts w:ascii="Noto Sans CJK JP" w:hAnsi="Noto Sans CJK JP" w:eastAsia="Noto Sans CJK JP"/>
                <w:b/>
                <w:color w:val="1F4D78"/>
                <w:sz w:val="22"/>
              </w:rPr>
              <w:t>伝わりにくい理由</w:t>
            </w:r>
          </w:p>
        </w:tc>
        <w:tc>
          <w:tcPr>
            <w:tcW w:type="dxa" w:w="3744"/>
            <w:tcMar>
              <w:top w:w="80" w:type="dxa"/>
              <w:start w:w="120" w:type="dxa"/>
              <w:bottom w:w="80" w:type="dxa"/>
              <w:end w:w="120" w:type="dxa"/>
            </w:tcMar>
            <w:vAlign w:val="center"/>
            <w:shd w:fill="E8EEF5"/>
          </w:tcPr>
          <w:p>
            <w:r>
              <w:rPr>
                <w:rFonts w:ascii="Noto Sans CJK JP" w:hAnsi="Noto Sans CJK JP" w:eastAsia="Noto Sans CJK JP"/>
                <w:b/>
                <w:color w:val="1F4D78"/>
                <w:sz w:val="22"/>
              </w:rPr>
              <w:t>書き換え後</w:t>
            </w:r>
          </w:p>
        </w:tc>
      </w:tr>
      <w:tr>
        <w:tc>
          <w:tcPr>
            <w:tcW w:type="dxa" w:w="3120"/>
          </w:tcPr>
          <w:p>
            <w:r>
              <w:rPr>
                <w:rFonts w:ascii="Noto Sans CJK JP" w:hAnsi="Noto Sans CJK JP" w:eastAsia="Noto Sans CJK JP"/>
                <w:b w:val="0"/>
                <w:color w:val="182432"/>
                <w:sz w:val="20"/>
              </w:rPr>
              <w:t>担任として生徒指導に尽力</w:t>
            </w:r>
          </w:p>
        </w:tc>
        <w:tc>
          <w:tcPr>
            <w:tcW w:type="dxa" w:w="3120"/>
          </w:tcPr>
          <w:p>
            <w:r>
              <w:rPr>
                <w:rFonts w:ascii="Noto Sans CJK JP" w:hAnsi="Noto Sans CJK JP" w:eastAsia="Noto Sans CJK JP"/>
                <w:b w:val="0"/>
                <w:color w:val="182432"/>
                <w:sz w:val="20"/>
              </w:rPr>
              <w:t>対象・行動・結果が不明</w:t>
            </w:r>
          </w:p>
        </w:tc>
        <w:tc>
          <w:tcPr>
            <w:tcW w:type="dxa" w:w="3120"/>
          </w:tcPr>
          <w:p>
            <w:r>
              <w:rPr>
                <w:rFonts w:ascii="Noto Sans CJK JP" w:hAnsi="Noto Sans CJK JP" w:eastAsia="Noto Sans CJK JP"/>
                <w:b w:val="0"/>
                <w:color w:val="182432"/>
                <w:sz w:val="20"/>
              </w:rPr>
              <w:t>約○名の学級を担当し、個別面談と保護者連携により課題の早期把握と支援方針の共有を実施</w:t>
            </w:r>
          </w:p>
        </w:tc>
      </w:tr>
      <w:tr>
        <w:tc>
          <w:tcPr>
            <w:tcW w:type="dxa" w:w="3120"/>
          </w:tcPr>
          <w:p>
            <w:r>
              <w:rPr>
                <w:rFonts w:ascii="Noto Sans CJK JP" w:hAnsi="Noto Sans CJK JP" w:eastAsia="Noto Sans CJK JP"/>
                <w:b w:val="0"/>
                <w:color w:val="182432"/>
                <w:sz w:val="20"/>
              </w:rPr>
              <w:t>進路指導を担当</w:t>
            </w:r>
          </w:p>
        </w:tc>
        <w:tc>
          <w:tcPr>
            <w:tcW w:type="dxa" w:w="3120"/>
          </w:tcPr>
          <w:p>
            <w:r>
              <w:rPr>
                <w:rFonts w:ascii="Noto Sans CJK JP" w:hAnsi="Noto Sans CJK JP" w:eastAsia="Noto Sans CJK JP"/>
                <w:b w:val="0"/>
                <w:color w:val="182432"/>
                <w:sz w:val="20"/>
              </w:rPr>
              <w:t>企業で使える能力が見えない</w:t>
            </w:r>
          </w:p>
        </w:tc>
        <w:tc>
          <w:tcPr>
            <w:tcW w:type="dxa" w:w="3120"/>
          </w:tcPr>
          <w:p>
            <w:r>
              <w:rPr>
                <w:rFonts w:ascii="Noto Sans CJK JP" w:hAnsi="Noto Sans CJK JP" w:eastAsia="Noto Sans CJK JP"/>
                <w:b w:val="0"/>
                <w:color w:val="182432"/>
                <w:sz w:val="20"/>
              </w:rPr>
              <w:t>希望・成績・期限を整理し、選択肢の提示と行動計画の作成を支援</w:t>
            </w:r>
          </w:p>
        </w:tc>
      </w:tr>
      <w:tr>
        <w:tc>
          <w:tcPr>
            <w:tcW w:type="dxa" w:w="3120"/>
          </w:tcPr>
          <w:p>
            <w:r>
              <w:rPr>
                <w:rFonts w:ascii="Noto Sans CJK JP" w:hAnsi="Noto Sans CJK JP" w:eastAsia="Noto Sans CJK JP"/>
                <w:b w:val="0"/>
                <w:color w:val="182432"/>
                <w:sz w:val="20"/>
              </w:rPr>
              <w:t>校務分掌を経験</w:t>
            </w:r>
          </w:p>
        </w:tc>
        <w:tc>
          <w:tcPr>
            <w:tcW w:type="dxa" w:w="3120"/>
          </w:tcPr>
          <w:p>
            <w:r>
              <w:rPr>
                <w:rFonts w:ascii="Noto Sans CJK JP" w:hAnsi="Noto Sans CJK JP" w:eastAsia="Noto Sans CJK JP"/>
                <w:b w:val="0"/>
                <w:color w:val="182432"/>
                <w:sz w:val="20"/>
              </w:rPr>
              <w:t>本人の役割と改善が不明</w:t>
            </w:r>
          </w:p>
        </w:tc>
        <w:tc>
          <w:tcPr>
            <w:tcW w:type="dxa" w:w="3120"/>
          </w:tcPr>
          <w:p>
            <w:r>
              <w:rPr>
                <w:rFonts w:ascii="Noto Sans CJK JP" w:hAnsi="Noto Sans CJK JP" w:eastAsia="Noto Sans CJK JP"/>
                <w:b w:val="0"/>
                <w:color w:val="182432"/>
                <w:sz w:val="20"/>
              </w:rPr>
              <w:t>複数部署と連携し、工程表と確認項目を整備して期限内の運営を支援</w:t>
            </w:r>
          </w:p>
        </w:tc>
      </w:tr>
      <w:tr>
        <w:tc>
          <w:tcPr>
            <w:tcW w:type="dxa" w:w="3120"/>
          </w:tcPr>
          <w:p>
            <w:r>
              <w:rPr>
                <w:rFonts w:ascii="Noto Sans CJK JP" w:hAnsi="Noto Sans CJK JP" w:eastAsia="Noto Sans CJK JP"/>
                <w:b w:val="0"/>
                <w:color w:val="182432"/>
                <w:sz w:val="20"/>
              </w:rPr>
              <w:t>ICT活用を推進</w:t>
            </w:r>
          </w:p>
        </w:tc>
        <w:tc>
          <w:tcPr>
            <w:tcW w:type="dxa" w:w="3120"/>
          </w:tcPr>
          <w:p>
            <w:r>
              <w:rPr>
                <w:rFonts w:ascii="Noto Sans CJK JP" w:hAnsi="Noto Sans CJK JP" w:eastAsia="Noto Sans CJK JP"/>
                <w:b w:val="0"/>
                <w:color w:val="182432"/>
                <w:sz w:val="20"/>
              </w:rPr>
              <w:t>ツール名だけでは再現性が弱い</w:t>
            </w:r>
          </w:p>
        </w:tc>
        <w:tc>
          <w:tcPr>
            <w:tcW w:type="dxa" w:w="3120"/>
          </w:tcPr>
          <w:p>
            <w:r>
              <w:rPr>
                <w:rFonts w:ascii="Noto Sans CJK JP" w:hAnsi="Noto Sans CJK JP" w:eastAsia="Noto Sans CJK JP"/>
                <w:b w:val="0"/>
                <w:color w:val="182432"/>
                <w:sz w:val="20"/>
              </w:rPr>
              <w:t>利用者のつまずきを整理し、手順書・個別説明・利用後フォローを設計</w:t>
            </w:r>
          </w:p>
        </w:tc>
      </w:tr>
    </w:tbl>
    <w:p>
      <w:pPr>
        <w:pStyle w:val="Heading1"/>
        <w:keepNext/>
      </w:pPr>
      <w:r>
        <w:t>5. 応募職種別に強調する経験</w:t>
      </w:r>
    </w:p>
    <w:tbl>
      <w:tblPr>
        <w:tblStyle w:val="TableGrid"/>
        <w:tblW w:type="dxa" w:w="9360"/>
        <w:jc w:val="left"/>
        <w:tblLayout w:type="fixed"/>
        <w:tblLook w:firstColumn="1" w:firstRow="1" w:lastColumn="0" w:lastRow="0" w:noHBand="0" w:noVBand="1" w:val="04A0"/>
        <w:tblInd w:w="120" w:type="dxa"/>
      </w:tblPr>
      <w:tblGrid>
        <w:gridCol w:w="4680"/>
        <w:gridCol w:w="4680"/>
      </w:tblGrid>
      <w:tr>
        <w:trPr>
          <w:tblHeader/>
        </w:trPr>
        <w:tc>
          <w:tcPr>
            <w:tcW w:type="dxa" w:w="2700"/>
            <w:tcMar>
              <w:top w:w="80" w:type="dxa"/>
              <w:start w:w="120" w:type="dxa"/>
              <w:bottom w:w="80" w:type="dxa"/>
              <w:end w:w="120" w:type="dxa"/>
            </w:tcMar>
            <w:vAlign w:val="center"/>
            <w:shd w:fill="E8EEF5"/>
          </w:tcPr>
          <w:p>
            <w:r>
              <w:rPr>
                <w:rFonts w:ascii="Noto Sans CJK JP" w:hAnsi="Noto Sans CJK JP" w:eastAsia="Noto Sans CJK JP"/>
                <w:b/>
                <w:color w:val="1F4D78"/>
                <w:sz w:val="22"/>
              </w:rPr>
              <w:t>応募職種</w:t>
            </w:r>
          </w:p>
        </w:tc>
        <w:tc>
          <w:tcPr>
            <w:tcW w:type="dxa" w:w="6660"/>
            <w:tcMar>
              <w:top w:w="80" w:type="dxa"/>
              <w:start w:w="120" w:type="dxa"/>
              <w:bottom w:w="80" w:type="dxa"/>
              <w:end w:w="120" w:type="dxa"/>
            </w:tcMar>
            <w:vAlign w:val="center"/>
            <w:shd w:fill="E8EEF5"/>
          </w:tcPr>
          <w:p>
            <w:r>
              <w:rPr>
                <w:rFonts w:ascii="Noto Sans CJK JP" w:hAnsi="Noto Sans CJK JP" w:eastAsia="Noto Sans CJK JP"/>
                <w:b/>
                <w:color w:val="1F4D78"/>
                <w:sz w:val="22"/>
              </w:rPr>
              <w:t>強調する経験・キーワード</w:t>
            </w:r>
          </w:p>
        </w:tc>
      </w:tr>
      <w:tr>
        <w:tc>
          <w:tcPr>
            <w:tcW w:type="dxa" w:w="4680"/>
          </w:tcPr>
          <w:p>
            <w:r>
              <w:rPr>
                <w:rFonts w:ascii="Noto Sans CJK JP" w:hAnsi="Noto Sans CJK JP" w:eastAsia="Noto Sans CJK JP"/>
                <w:b w:val="0"/>
                <w:color w:val="182432"/>
                <w:sz w:val="22"/>
              </w:rPr>
              <w:t>営業・人材</w:t>
            </w:r>
          </w:p>
        </w:tc>
        <w:tc>
          <w:tcPr>
            <w:tcW w:type="dxa" w:w="4680"/>
          </w:tcPr>
          <w:p>
            <w:r>
              <w:rPr>
                <w:rFonts w:ascii="Noto Sans CJK JP" w:hAnsi="Noto Sans CJK JP" w:eastAsia="Noto Sans CJK JP"/>
                <w:b w:val="0"/>
                <w:color w:val="182432"/>
                <w:sz w:val="22"/>
              </w:rPr>
              <w:t>面談、ニーズ整理、選択肢の提示、合意形成、継続フォロー</w:t>
            </w:r>
          </w:p>
        </w:tc>
      </w:tr>
      <w:tr>
        <w:tc>
          <w:tcPr>
            <w:tcW w:type="dxa" w:w="4680"/>
          </w:tcPr>
          <w:p>
            <w:r>
              <w:rPr>
                <w:rFonts w:ascii="Noto Sans CJK JP" w:hAnsi="Noto Sans CJK JP" w:eastAsia="Noto Sans CJK JP"/>
                <w:b w:val="0"/>
                <w:color w:val="182432"/>
                <w:sz w:val="22"/>
              </w:rPr>
              <w:t>教育企業・研修</w:t>
            </w:r>
          </w:p>
        </w:tc>
        <w:tc>
          <w:tcPr>
            <w:tcW w:type="dxa" w:w="4680"/>
          </w:tcPr>
          <w:p>
            <w:r>
              <w:rPr>
                <w:rFonts w:ascii="Noto Sans CJK JP" w:hAnsi="Noto Sans CJK JP" w:eastAsia="Noto Sans CJK JP"/>
                <w:b w:val="0"/>
                <w:color w:val="182432"/>
                <w:sz w:val="22"/>
              </w:rPr>
              <w:t>授業設計、教材作成、理解度確認、研修運営、改善</w:t>
            </w:r>
          </w:p>
        </w:tc>
      </w:tr>
      <w:tr>
        <w:tc>
          <w:tcPr>
            <w:tcW w:type="dxa" w:w="4680"/>
          </w:tcPr>
          <w:p>
            <w:r>
              <w:rPr>
                <w:rFonts w:ascii="Noto Sans CJK JP" w:hAnsi="Noto Sans CJK JP" w:eastAsia="Noto Sans CJK JP"/>
                <w:b w:val="0"/>
                <w:color w:val="182432"/>
                <w:sz w:val="22"/>
              </w:rPr>
              <w:t>カスタマーサクセス</w:t>
            </w:r>
          </w:p>
        </w:tc>
        <w:tc>
          <w:tcPr>
            <w:tcW w:type="dxa" w:w="4680"/>
          </w:tcPr>
          <w:p>
            <w:r>
              <w:rPr>
                <w:rFonts w:ascii="Noto Sans CJK JP" w:hAnsi="Noto Sans CJK JP" w:eastAsia="Noto Sans CJK JP"/>
                <w:b w:val="0"/>
                <w:color w:val="182432"/>
                <w:sz w:val="22"/>
              </w:rPr>
              <w:t>導入支援、手順書、個別説明、利用促進、関係者調整</w:t>
            </w:r>
          </w:p>
        </w:tc>
      </w:tr>
      <w:tr>
        <w:tc>
          <w:tcPr>
            <w:tcW w:type="dxa" w:w="4680"/>
          </w:tcPr>
          <w:p>
            <w:r>
              <w:rPr>
                <w:rFonts w:ascii="Noto Sans CJK JP" w:hAnsi="Noto Sans CJK JP" w:eastAsia="Noto Sans CJK JP"/>
                <w:b w:val="0"/>
                <w:color w:val="182432"/>
                <w:sz w:val="22"/>
              </w:rPr>
              <w:t>事務・企画</w:t>
            </w:r>
          </w:p>
        </w:tc>
        <w:tc>
          <w:tcPr>
            <w:tcW w:type="dxa" w:w="4680"/>
          </w:tcPr>
          <w:p>
            <w:r>
              <w:rPr>
                <w:rFonts w:ascii="Noto Sans CJK JP" w:hAnsi="Noto Sans CJK JP" w:eastAsia="Noto Sans CJK JP"/>
                <w:b w:val="0"/>
                <w:color w:val="182432"/>
                <w:sz w:val="22"/>
              </w:rPr>
              <w:t>資料作成、期限管理、正確性、工程整理、複数部署との連携</w:t>
            </w:r>
          </w:p>
        </w:tc>
      </w:tr>
    </w:tbl>
    <w:p>
      <w:pPr>
        <w:pStyle w:val="Heading1"/>
        <w:keepNext/>
      </w:pPr>
      <w:r>
        <w:t>6. 活かせる経験・スキル</w:t>
      </w:r>
    </w:p>
    <w:p>
      <w:r>
        <w:rPr>
          <w:b/>
          <w:color w:val="1F4D78"/>
        </w:rPr>
        <w:t>応募先で再現できる強みを3〜5項目</w:t>
      </w:r>
    </w:p>
    <w:p>
      <w:pPr>
        <w:keepLines/>
        <w:spacing w:after="120"/>
        <w:ind w:left="173"/>
      </w:pPr>
      <w:r>
        <w:t>［ここに入力］</w:t>
      </w:r>
    </w:p>
    <w:p>
      <w:pPr>
        <w:keepLines/>
        <w:spacing w:after="120"/>
        <w:ind w:left="173"/>
      </w:pPr>
      <w:r>
        <w:t>［ここに入力］</w:t>
      </w:r>
    </w:p>
    <w:p>
      <w:pPr>
        <w:keepLines/>
        <w:spacing w:after="120"/>
        <w:ind w:left="173"/>
      </w:pPr>
      <w:r>
        <w:t>［ここに入力］</w:t>
      </w:r>
    </w:p>
    <w:p>
      <w:pPr>
        <w:keepLines/>
        <w:spacing w:after="120"/>
        <w:ind w:left="173"/>
      </w:pPr>
      <w:r>
        <w:t>［ここに入力］</w:t>
      </w:r>
    </w:p>
    <w:p>
      <w:pPr>
        <w:pStyle w:val="Heading1"/>
        <w:keepNext/>
      </w:pPr>
      <w:r>
        <w:t>7. 自己PR</w:t>
      </w:r>
    </w:p>
    <w:p>
      <w:r>
        <w:t>強み→具体例→応募先での活用、の順に300〜400字で書きます。</w:t>
      </w:r>
    </w:p>
    <w:p>
      <w:r>
        <w:rPr>
          <w:b/>
          <w:color w:val="1F4D78"/>
        </w:rPr>
        <w:t>自己PR</w:t>
      </w:r>
    </w:p>
    <w:p>
      <w:pPr>
        <w:keepLines/>
        <w:spacing w:after="120"/>
        <w:ind w:left="173"/>
      </w:pPr>
      <w:r>
        <w:t>［ここに入力］</w:t>
      </w:r>
    </w:p>
    <w:p>
      <w:pPr>
        <w:keepLines/>
        <w:spacing w:after="120"/>
        <w:ind w:left="173"/>
      </w:pPr>
      <w:r>
        <w:t>［ここに入力］</w:t>
      </w:r>
    </w:p>
    <w:p>
      <w:pPr>
        <w:keepLines/>
        <w:spacing w:after="120"/>
        <w:ind w:left="173"/>
      </w:pPr>
      <w:r>
        <w:t>［ここに入力］</w:t>
      </w:r>
    </w:p>
    <w:p>
      <w:pPr>
        <w:keepLines/>
        <w:spacing w:after="120"/>
        <w:ind w:left="173"/>
      </w:pPr>
      <w:r>
        <w:t>［ここに入力］</w:t>
      </w:r>
    </w:p>
    <w:p>
      <w:pPr>
        <w:keepLines/>
        <w:spacing w:after="120"/>
        <w:ind w:left="173"/>
      </w:pPr>
      <w:r>
        <w:t>［ここに入力］</w:t>
      </w:r>
    </w:p>
    <w:p>
      <w:pPr>
        <w:keepLines/>
        <w:spacing w:after="120"/>
        <w:ind w:left="173"/>
      </w:pPr>
      <w:r>
        <w:t>［ここに入力］</w:t>
      </w:r>
    </w:p>
    <w:p>
      <w:pPr>
        <w:keepLines/>
        <w:spacing w:after="120"/>
        <w:ind w:left="173"/>
      </w:pPr>
      <w:r>
        <w:t>［ここに入力］</w:t>
      </w:r>
    </w:p>
    <w:p>
      <w:pPr>
        <w:pStyle w:val="Heading1"/>
        <w:keepNext/>
      </w:pPr>
      <w:r>
        <w:t>8. 資格・研修歴</w:t>
      </w:r>
    </w:p>
    <w:tbl>
      <w:tblPr>
        <w:tblStyle w:val="TableGrid"/>
        <w:tblW w:type="dxa" w:w="9360"/>
        <w:jc w:val="left"/>
        <w:tblLayout w:type="fixed"/>
        <w:tblLook w:firstColumn="1" w:firstRow="1" w:lastColumn="0" w:lastRow="0" w:noHBand="0" w:noVBand="1" w:val="04A0"/>
        <w:tblInd w:w="120" w:type="dxa"/>
      </w:tblPr>
      <w:tblGrid>
        <w:gridCol w:w="4680"/>
        <w:gridCol w:w="4680"/>
      </w:tblGrid>
      <w:tr>
        <w:trPr>
          <w:tblHeader/>
        </w:trPr>
        <w:tc>
          <w:tcPr>
            <w:tcW w:type="dxa" w:w="2700"/>
            <w:tcMar>
              <w:top w:w="80" w:type="dxa"/>
              <w:start w:w="120" w:type="dxa"/>
              <w:bottom w:w="80" w:type="dxa"/>
              <w:end w:w="120" w:type="dxa"/>
            </w:tcMar>
            <w:vAlign w:val="center"/>
            <w:shd w:fill="E8EEF5"/>
          </w:tcPr>
          <w:p>
            <w:r>
              <w:rPr>
                <w:rFonts w:ascii="Noto Sans CJK JP" w:hAnsi="Noto Sans CJK JP" w:eastAsia="Noto Sans CJK JP"/>
                <w:b/>
                <w:color w:val="1F4D78"/>
                <w:sz w:val="22"/>
              </w:rPr>
              <w:t>教員免許</w:t>
            </w:r>
          </w:p>
        </w:tc>
        <w:tc>
          <w:tcPr>
            <w:tcW w:type="dxa" w:w="6660"/>
            <w:tcMar>
              <w:top w:w="80" w:type="dxa"/>
              <w:start w:w="120" w:type="dxa"/>
              <w:bottom w:w="80" w:type="dxa"/>
              <w:end w:w="120" w:type="dxa"/>
            </w:tcMar>
            <w:vAlign w:val="center"/>
          </w:tcPr>
          <w:p>
            <w:r>
              <w:rPr>
                <w:rFonts w:ascii="Noto Sans CJK JP" w:hAnsi="Noto Sans CJK JP" w:eastAsia="Noto Sans CJK JP"/>
                <w:b w:val="0"/>
                <w:color w:val="182432"/>
                <w:sz w:val="22"/>
              </w:rPr>
              <w:t>［校種・教科・取得年月］</w:t>
            </w:r>
          </w:p>
        </w:tc>
      </w:tr>
      <w:tr>
        <w:tc>
          <w:tcPr>
            <w:tcW w:type="dxa" w:w="2700"/>
            <w:tcMar>
              <w:top w:w="80" w:type="dxa"/>
              <w:start w:w="120" w:type="dxa"/>
              <w:bottom w:w="80" w:type="dxa"/>
              <w:end w:w="120" w:type="dxa"/>
            </w:tcMar>
            <w:vAlign w:val="center"/>
            <w:shd w:fill="E8EEF5"/>
          </w:tcPr>
          <w:p>
            <w:r>
              <w:rPr>
                <w:rFonts w:ascii="Noto Sans CJK JP" w:hAnsi="Noto Sans CJK JP" w:eastAsia="Noto Sans CJK JP"/>
                <w:b/>
                <w:color w:val="1F4D78"/>
                <w:sz w:val="22"/>
              </w:rPr>
              <w:t>その他資格</w:t>
            </w:r>
          </w:p>
        </w:tc>
        <w:tc>
          <w:tcPr>
            <w:tcW w:type="dxa" w:w="6660"/>
            <w:tcMar>
              <w:top w:w="80" w:type="dxa"/>
              <w:start w:w="120" w:type="dxa"/>
              <w:bottom w:w="80" w:type="dxa"/>
              <w:end w:w="120" w:type="dxa"/>
            </w:tcMar>
            <w:vAlign w:val="center"/>
          </w:tcPr>
          <w:p>
            <w:r>
              <w:rPr>
                <w:rFonts w:ascii="Noto Sans CJK JP" w:hAnsi="Noto Sans CJK JP" w:eastAsia="Noto Sans CJK JP"/>
                <w:b w:val="0"/>
                <w:color w:val="182432"/>
                <w:sz w:val="22"/>
              </w:rPr>
              <w:t>［資格名・取得年月］</w:t>
            </w:r>
          </w:p>
        </w:tc>
      </w:tr>
      <w:tr>
        <w:tc>
          <w:tcPr>
            <w:tcW w:type="dxa" w:w="2700"/>
            <w:tcMar>
              <w:top w:w="80" w:type="dxa"/>
              <w:start w:w="120" w:type="dxa"/>
              <w:bottom w:w="80" w:type="dxa"/>
              <w:end w:w="120" w:type="dxa"/>
            </w:tcMar>
            <w:vAlign w:val="center"/>
            <w:shd w:fill="E8EEF5"/>
          </w:tcPr>
          <w:p>
            <w:r>
              <w:rPr>
                <w:rFonts w:ascii="Noto Sans CJK JP" w:hAnsi="Noto Sans CJK JP" w:eastAsia="Noto Sans CJK JP"/>
                <w:b/>
                <w:color w:val="1F4D78"/>
                <w:sz w:val="22"/>
              </w:rPr>
              <w:t>研修歴</w:t>
            </w:r>
          </w:p>
        </w:tc>
        <w:tc>
          <w:tcPr>
            <w:tcW w:type="dxa" w:w="6660"/>
            <w:tcMar>
              <w:top w:w="80" w:type="dxa"/>
              <w:start w:w="120" w:type="dxa"/>
              <w:bottom w:w="80" w:type="dxa"/>
              <w:end w:w="120" w:type="dxa"/>
            </w:tcMar>
            <w:vAlign w:val="center"/>
          </w:tcPr>
          <w:p>
            <w:r>
              <w:rPr>
                <w:rFonts w:ascii="Noto Sans CJK JP" w:hAnsi="Noto Sans CJK JP" w:eastAsia="Noto Sans CJK JP"/>
                <w:b w:val="0"/>
                <w:color w:val="182432"/>
                <w:sz w:val="22"/>
              </w:rPr>
              <w:t>［応募職種に関係するものだけ］</w:t>
            </w:r>
          </w:p>
        </w:tc>
      </w:tr>
    </w:tbl>
    <w:p/>
    <w:p>
      <w:pPr>
        <w:pStyle w:val="Heading1"/>
        <w:keepNext/>
      </w:pPr>
      <w:r>
        <w:t>9. 提出前チェック</w:t>
      </w:r>
    </w:p>
    <w:p>
      <w:pPr>
        <w:pStyle w:val="ListBullet"/>
      </w:pPr>
      <w:r>
        <w:rPr>
          <w:rFonts w:ascii="Noto Sans CJK JP" w:hAnsi="Noto Sans CJK JP" w:eastAsia="Noto Sans CJK JP"/>
          <w:b w:val="0"/>
          <w:color w:val="182432"/>
          <w:sz w:val="22"/>
        </w:rPr>
        <w:t>□ 応募先の職種に合わせて強調する経験を変えた</w:t>
      </w:r>
    </w:p>
    <w:p>
      <w:pPr>
        <w:pStyle w:val="ListBullet"/>
      </w:pPr>
      <w:r>
        <w:rPr>
          <w:rFonts w:ascii="Noto Sans CJK JP" w:hAnsi="Noto Sans CJK JP" w:eastAsia="Noto Sans CJK JP"/>
          <w:b w:val="0"/>
          <w:color w:val="182432"/>
          <w:sz w:val="22"/>
        </w:rPr>
        <w:t>□ 『コミュニケーション力』などの抽象語だけで終わっていない</w:t>
      </w:r>
    </w:p>
    <w:p>
      <w:pPr>
        <w:pStyle w:val="ListBullet"/>
      </w:pPr>
      <w:r>
        <w:rPr>
          <w:rFonts w:ascii="Noto Sans CJK JP" w:hAnsi="Noto Sans CJK JP" w:eastAsia="Noto Sans CJK JP"/>
          <w:b w:val="0"/>
          <w:color w:val="182432"/>
          <w:sz w:val="22"/>
        </w:rPr>
        <w:t>□ 担当規模・頻度・期間など、確認できる数字を入れた</w:t>
      </w:r>
    </w:p>
    <w:p>
      <w:pPr>
        <w:pStyle w:val="ListBullet"/>
      </w:pPr>
      <w:r>
        <w:rPr>
          <w:rFonts w:ascii="Noto Sans CJK JP" w:hAnsi="Noto Sans CJK JP" w:eastAsia="Noto Sans CJK JP"/>
          <w:b w:val="0"/>
          <w:color w:val="182432"/>
          <w:sz w:val="22"/>
        </w:rPr>
        <w:t>□ 児童生徒や家庭を特定できる情報を書いていない</w:t>
      </w:r>
    </w:p>
    <w:p>
      <w:pPr>
        <w:pStyle w:val="ListBullet"/>
      </w:pPr>
      <w:r>
        <w:rPr>
          <w:rFonts w:ascii="Noto Sans CJK JP" w:hAnsi="Noto Sans CJK JP" w:eastAsia="Noto Sans CJK JP"/>
          <w:b w:val="0"/>
          <w:color w:val="182432"/>
          <w:sz w:val="22"/>
        </w:rPr>
        <w:t>□ 根拠のない割合・成果・満足度を作っていない</w:t>
      </w:r>
    </w:p>
    <w:p>
      <w:pPr>
        <w:pStyle w:val="ListBullet"/>
      </w:pPr>
      <w:r>
        <w:rPr>
          <w:rFonts w:ascii="Noto Sans CJK JP" w:hAnsi="Noto Sans CJK JP" w:eastAsia="Noto Sans CJK JP"/>
          <w:b w:val="0"/>
          <w:color w:val="182432"/>
          <w:sz w:val="22"/>
        </w:rPr>
        <w:t>□ 学校への不満や退職理由を長く書いていない</w:t>
      </w:r>
    </w:p>
    <w:p>
      <w:pPr>
        <w:pStyle w:val="ListBullet"/>
      </w:pPr>
      <w:r>
        <w:rPr>
          <w:rFonts w:ascii="Noto Sans CJK JP" w:hAnsi="Noto Sans CJK JP" w:eastAsia="Noto Sans CJK JP"/>
          <w:b w:val="0"/>
          <w:color w:val="182432"/>
          <w:sz w:val="22"/>
        </w:rPr>
        <w:t>□ 誤字、年月、資格名、学校名を確認した</w:t>
      </w:r>
    </w:p>
    <w:p>
      <w:pPr>
        <w:pStyle w:val="ListBullet"/>
      </w:pPr>
      <w:r>
        <w:rPr>
          <w:rFonts w:ascii="Noto Sans CJK JP" w:hAnsi="Noto Sans CJK JP" w:eastAsia="Noto Sans CJK JP"/>
          <w:b w:val="0"/>
          <w:color w:val="182432"/>
          <w:sz w:val="22"/>
        </w:rPr>
        <w:t>□ PDF化した際の改ページ・文字切れを確認した</w:t>
      </w:r>
    </w:p>
    <w:p>
      <w:pPr>
        <w:pStyle w:val="Heading2"/>
        <w:keepNext/>
      </w:pPr>
      <w:r>
        <w:t>仕上げのヒント</w:t>
      </w:r>
    </w:p>
    <w:p>
      <w:r>
        <w:t>完成後は、求人票に書かれた仕事内容・必須条件・歓迎条件と照らし合わせます。書類だけで判断しにくい場合は、応募前に転職サービスへ相談し、職種選びと書類の方向性を一緒に確認してください。</w:t>
      </w:r>
    </w:p>
    <w:sectPr w:rsidR="00FC693F" w:rsidRPr="0006063C" w:rsidSect="00034616">
      <w:footerReference w:type="default" r:id="rId9"/>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oto Sans CJK JP" w:hAnsi="Noto Sans CJK JP" w:eastAsia="Noto Sans CJK JP"/>
        <w:b w:val="0"/>
        <w:color w:val="66707A"/>
        <w:sz w:val="18"/>
      </w:rPr>
      <w:t>先生の選択肢ラボ｜教員向け職務経歴書テンプレート</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Noto Sans CJK JP" w:hAnsi="Noto Sans CJK JP" w:eastAsia="Noto Sans CJK JP"/>
      <w:color w:val="18243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Noto Sans CJK JP" w:hAnsi="Noto Sans CJK JP" w:eastAsia="Noto Sans CJK JP"/>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Noto Sans CJK JP" w:hAnsi="Noto Sans CJK JP" w:eastAsia="Noto Sans CJK JP"/>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Noto Sans CJK JP" w:hAnsi="Noto Sans CJK JP" w:eastAsia="Noto Sans CJK JP"/>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教員向け 職務経歴書テンプレート</dc:title>
  <dc:subject>民間転職向けの記入式職務経歴書</dc:subject>
  <dc:creator>先生の選択肢ラボ</dc:creator>
  <cp:keywords>教員, 職務経歴書, 転職, テンプレート</cp:keywords>
  <dc:description>generated by python-docx</dc:description>
  <cp:lastModifiedBy/>
  <cp:revision>1</cp:revision>
  <dcterms:created xsi:type="dcterms:W3CDTF">2013-12-23T23:15:00Z</dcterms:created>
  <dcterms:modified xsi:type="dcterms:W3CDTF">2013-12-23T23:15:00Z</dcterms:modified>
  <cp:category/>
</cp:coreProperties>
</file>